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DB074" w14:textId="77777777" w:rsidR="008A4BA1" w:rsidRDefault="00695EE1">
      <w:pPr>
        <w:jc w:val="center"/>
      </w:pPr>
      <w:r>
        <w:rPr>
          <w:b/>
          <w:sz w:val="40"/>
        </w:rPr>
        <w:t>FORESIGHT LABOUR SERVICES (PTY) LTD</w:t>
      </w:r>
      <w:r>
        <w:rPr>
          <w:b/>
          <w:sz w:val="40"/>
        </w:rPr>
        <w:br/>
        <w:t>Driver Positions Available</w:t>
      </w:r>
    </w:p>
    <w:p w14:paraId="25672743" w14:textId="77777777" w:rsidR="008A4BA1" w:rsidRDefault="008A4BA1"/>
    <w:p w14:paraId="0159F602" w14:textId="77777777" w:rsidR="008A4BA1" w:rsidRDefault="00695EE1">
      <w:r>
        <w:t>Foresight Labour Services is urgently seeking reliable, professional, and experienced Drivers to join our growing vehicle ferrying and logistics team. This role involves vehicle transfers, yard operations, and occasional long-distance travel.</w:t>
      </w:r>
      <w:r>
        <w:br/>
      </w:r>
      <w:r>
        <w:br/>
        <w:t>We are looking for individuals who are responsible, safety-conscious, and capable of working both independently and as part of a team.</w:t>
      </w:r>
    </w:p>
    <w:p w14:paraId="733F54D5" w14:textId="77777777" w:rsidR="008A4BA1" w:rsidRDefault="008A4BA1"/>
    <w:p w14:paraId="5FA672BA" w14:textId="77777777" w:rsidR="008A4BA1" w:rsidRDefault="00695EE1">
      <w:r>
        <w:rPr>
          <w:b/>
          <w:sz w:val="28"/>
        </w:rPr>
        <w:t>Key Responsibilities:</w:t>
      </w:r>
    </w:p>
    <w:p w14:paraId="0F8C3EFC" w14:textId="77777777" w:rsidR="008A4BA1" w:rsidRDefault="00695EE1">
      <w:pPr>
        <w:pStyle w:val="ListBullet"/>
      </w:pPr>
      <w:r>
        <w:t>Safely transport vehicles between designated locations</w:t>
      </w:r>
    </w:p>
    <w:p w14:paraId="1259153A" w14:textId="77777777" w:rsidR="008A4BA1" w:rsidRDefault="00695EE1">
      <w:pPr>
        <w:pStyle w:val="ListBullet"/>
      </w:pPr>
      <w:r>
        <w:t>Conduct vehicle collections and deliveries locally and long distance</w:t>
      </w:r>
    </w:p>
    <w:p w14:paraId="7E901713" w14:textId="77777777" w:rsidR="008A4BA1" w:rsidRDefault="00695EE1">
      <w:pPr>
        <w:pStyle w:val="ListBullet"/>
      </w:pPr>
      <w:r>
        <w:t>Assist with yard vehicle movements and operations</w:t>
      </w:r>
    </w:p>
    <w:p w14:paraId="78D23F44" w14:textId="77777777" w:rsidR="008A4BA1" w:rsidRDefault="00695EE1">
      <w:pPr>
        <w:pStyle w:val="ListBullet"/>
      </w:pPr>
      <w:r>
        <w:t>Perform basic vehicle checks and report any damages or faults</w:t>
      </w:r>
    </w:p>
    <w:p w14:paraId="34D20E36" w14:textId="77777777" w:rsidR="008A4BA1" w:rsidRDefault="00695EE1">
      <w:pPr>
        <w:pStyle w:val="ListBullet"/>
      </w:pPr>
      <w:r>
        <w:t>Maintain professional conduct when representing the company</w:t>
      </w:r>
    </w:p>
    <w:p w14:paraId="797806DB" w14:textId="77777777" w:rsidR="008A4BA1" w:rsidRDefault="00695EE1">
      <w:pPr>
        <w:pStyle w:val="ListBullet"/>
      </w:pPr>
      <w:r>
        <w:t>Be available for trips on short notice when required</w:t>
      </w:r>
    </w:p>
    <w:p w14:paraId="0CABE637" w14:textId="77777777" w:rsidR="008A4BA1" w:rsidRDefault="008A4BA1"/>
    <w:p w14:paraId="39AB79C3" w14:textId="77777777" w:rsidR="008A4BA1" w:rsidRDefault="00695EE1">
      <w:r>
        <w:rPr>
          <w:b/>
          <w:sz w:val="28"/>
        </w:rPr>
        <w:t>Minimum Requirements:</w:t>
      </w:r>
    </w:p>
    <w:p w14:paraId="026B0702" w14:textId="77777777" w:rsidR="008A4BA1" w:rsidRDefault="00695EE1">
      <w:pPr>
        <w:pStyle w:val="ListBullet"/>
      </w:pPr>
      <w:r>
        <w:t>Must be a South African citizen</w:t>
      </w:r>
    </w:p>
    <w:p w14:paraId="5EF8910C" w14:textId="77777777" w:rsidR="008A4BA1" w:rsidRDefault="00695EE1">
      <w:pPr>
        <w:pStyle w:val="ListBullet"/>
      </w:pPr>
      <w:r>
        <w:t>Must be 30 years or older</w:t>
      </w:r>
    </w:p>
    <w:p w14:paraId="00E1517B" w14:textId="77777777" w:rsidR="008A4BA1" w:rsidRDefault="00695EE1">
      <w:pPr>
        <w:pStyle w:val="ListBullet"/>
      </w:pPr>
      <w:r>
        <w:t>Must possess a valid driver’s license held for at least 5 years</w:t>
      </w:r>
    </w:p>
    <w:p w14:paraId="5EFF972D" w14:textId="77777777" w:rsidR="008A4BA1" w:rsidRDefault="00695EE1">
      <w:pPr>
        <w:pStyle w:val="ListBullet"/>
      </w:pPr>
      <w:r>
        <w:t>Must have contactable references</w:t>
      </w:r>
    </w:p>
    <w:p w14:paraId="0E577BBC" w14:textId="77777777" w:rsidR="008A4BA1" w:rsidRDefault="00695EE1">
      <w:pPr>
        <w:pStyle w:val="ListBullet"/>
      </w:pPr>
      <w:r>
        <w:t>Must have no criminal record</w:t>
      </w:r>
    </w:p>
    <w:p w14:paraId="4D3286D4" w14:textId="77777777" w:rsidR="008A4BA1" w:rsidRDefault="00695EE1">
      <w:pPr>
        <w:pStyle w:val="ListBullet"/>
      </w:pPr>
      <w:r>
        <w:t>Must be in good physical condition</w:t>
      </w:r>
    </w:p>
    <w:p w14:paraId="266B6150" w14:textId="77777777" w:rsidR="008A4BA1" w:rsidRDefault="00695EE1">
      <w:pPr>
        <w:pStyle w:val="ListBullet"/>
      </w:pPr>
      <w:r>
        <w:t>Must be willing and able to travel long distances on short notice</w:t>
      </w:r>
    </w:p>
    <w:p w14:paraId="0080FBEE" w14:textId="77777777" w:rsidR="008A4BA1" w:rsidRDefault="00695EE1">
      <w:pPr>
        <w:pStyle w:val="ListBullet"/>
      </w:pPr>
      <w:r>
        <w:t>Must be able to work 8-hour shifts in yard operations</w:t>
      </w:r>
    </w:p>
    <w:p w14:paraId="6F4D7FF9" w14:textId="77777777" w:rsidR="008A4BA1" w:rsidRDefault="008A4BA1"/>
    <w:p w14:paraId="0B335B3D" w14:textId="77777777" w:rsidR="008A4BA1" w:rsidRDefault="00695EE1">
      <w:r>
        <w:rPr>
          <w:b/>
          <w:sz w:val="28"/>
        </w:rPr>
        <w:t>Technical Requirements:</w:t>
      </w:r>
    </w:p>
    <w:p w14:paraId="4C3FE1D7" w14:textId="77777777" w:rsidR="008A4BA1" w:rsidRDefault="00695EE1">
      <w:pPr>
        <w:pStyle w:val="ListBullet"/>
      </w:pPr>
      <w:r>
        <w:t>Must be able to drive manual and automatic vehicles</w:t>
      </w:r>
    </w:p>
    <w:p w14:paraId="49C7D52A" w14:textId="77777777" w:rsidR="008A4BA1" w:rsidRDefault="00695EE1">
      <w:pPr>
        <w:pStyle w:val="ListBullet"/>
      </w:pPr>
      <w:r>
        <w:t>Basic understanding of 4x4 vehicles</w:t>
      </w:r>
    </w:p>
    <w:p w14:paraId="124980DB" w14:textId="77777777" w:rsidR="008A4BA1" w:rsidRDefault="00695EE1">
      <w:pPr>
        <w:pStyle w:val="ListBullet"/>
      </w:pPr>
      <w:r>
        <w:t>Ability to change tyres on cars and SUVs</w:t>
      </w:r>
    </w:p>
    <w:p w14:paraId="28E107CF" w14:textId="77777777" w:rsidR="008A4BA1" w:rsidRDefault="00695EE1">
      <w:pPr>
        <w:pStyle w:val="ListBullet"/>
      </w:pPr>
      <w:r>
        <w:t>Must own a smartphone with internet access</w:t>
      </w:r>
    </w:p>
    <w:p w14:paraId="5BF55728" w14:textId="77777777" w:rsidR="008A4BA1" w:rsidRDefault="00695EE1">
      <w:pPr>
        <w:pStyle w:val="ListBullet"/>
      </w:pPr>
      <w:r>
        <w:lastRenderedPageBreak/>
        <w:t>Must have access to the internet and website application capability</w:t>
      </w:r>
    </w:p>
    <w:p w14:paraId="6E1D73E4" w14:textId="77777777" w:rsidR="008A4BA1" w:rsidRDefault="008A4BA1"/>
    <w:p w14:paraId="7AF3F446" w14:textId="77777777" w:rsidR="008A4BA1" w:rsidRDefault="00695EE1">
      <w:r>
        <w:rPr>
          <w:b/>
          <w:sz w:val="28"/>
        </w:rPr>
        <w:t>Skills and Competencies:</w:t>
      </w:r>
    </w:p>
    <w:p w14:paraId="7BEF2AC5" w14:textId="77777777" w:rsidR="008A4BA1" w:rsidRDefault="00695EE1">
      <w:pPr>
        <w:pStyle w:val="ListBullet"/>
      </w:pPr>
      <w:r>
        <w:t>Minimum education: Grade 10 (Std 8) or higher</w:t>
      </w:r>
    </w:p>
    <w:p w14:paraId="2148C5D3" w14:textId="77777777" w:rsidR="008A4BA1" w:rsidRDefault="00695EE1">
      <w:pPr>
        <w:pStyle w:val="ListBullet"/>
      </w:pPr>
      <w:r>
        <w:t>Must be able to read and write in English</w:t>
      </w:r>
    </w:p>
    <w:p w14:paraId="7FD9E5AC" w14:textId="77777777" w:rsidR="008A4BA1" w:rsidRDefault="00695EE1">
      <w:pPr>
        <w:pStyle w:val="ListBullet"/>
      </w:pPr>
      <w:r>
        <w:t>Strong attention to detail</w:t>
      </w:r>
    </w:p>
    <w:p w14:paraId="654CF643" w14:textId="77777777" w:rsidR="008A4BA1" w:rsidRDefault="00695EE1">
      <w:pPr>
        <w:pStyle w:val="ListBullet"/>
      </w:pPr>
      <w:r>
        <w:t>Professional appearance and good personal hygiene</w:t>
      </w:r>
    </w:p>
    <w:p w14:paraId="54904F11" w14:textId="77777777" w:rsidR="008A4BA1" w:rsidRDefault="00695EE1">
      <w:pPr>
        <w:pStyle w:val="ListBullet"/>
      </w:pPr>
      <w:r>
        <w:t>Of sober habits</w:t>
      </w:r>
    </w:p>
    <w:p w14:paraId="3F361A24" w14:textId="77777777" w:rsidR="008A4BA1" w:rsidRDefault="00695EE1">
      <w:pPr>
        <w:pStyle w:val="ListBullet"/>
      </w:pPr>
      <w:r>
        <w:t>Reliable and punctual</w:t>
      </w:r>
    </w:p>
    <w:p w14:paraId="19959E30" w14:textId="77777777" w:rsidR="008A4BA1" w:rsidRDefault="00695EE1">
      <w:pPr>
        <w:pStyle w:val="ListBullet"/>
      </w:pPr>
      <w:r>
        <w:t>Ability to work independently and within a team</w:t>
      </w:r>
    </w:p>
    <w:p w14:paraId="1BE25960" w14:textId="77777777" w:rsidR="008A4BA1" w:rsidRDefault="008A4BA1"/>
    <w:p w14:paraId="558B8BB8" w14:textId="77777777" w:rsidR="008A4BA1" w:rsidRDefault="00695EE1">
      <w:r>
        <w:rPr>
          <w:b/>
          <w:sz w:val="28"/>
        </w:rPr>
        <w:t>How to Apply:</w:t>
      </w:r>
    </w:p>
    <w:p w14:paraId="657BF57F" w14:textId="77777777" w:rsidR="008A4BA1" w:rsidRDefault="00695EE1">
      <w:r>
        <w:t>Interested candidates must submit their application via the official Foresight Labour Services website by navigating to the Vacancies page and completing the online application form.</w:t>
      </w:r>
      <w:r>
        <w:br/>
      </w:r>
      <w:r>
        <w:br/>
        <w:t>Only shortlisted candidates will be contacted.</w:t>
      </w:r>
    </w:p>
    <w:sectPr w:rsidR="008A4BA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02157810">
    <w:abstractNumId w:val="8"/>
  </w:num>
  <w:num w:numId="2" w16cid:durableId="1435782896">
    <w:abstractNumId w:val="6"/>
  </w:num>
  <w:num w:numId="3" w16cid:durableId="1669208442">
    <w:abstractNumId w:val="5"/>
  </w:num>
  <w:num w:numId="4" w16cid:durableId="1723400927">
    <w:abstractNumId w:val="4"/>
  </w:num>
  <w:num w:numId="5" w16cid:durableId="1187449463">
    <w:abstractNumId w:val="7"/>
  </w:num>
  <w:num w:numId="6" w16cid:durableId="193856466">
    <w:abstractNumId w:val="3"/>
  </w:num>
  <w:num w:numId="7" w16cid:durableId="1202206806">
    <w:abstractNumId w:val="2"/>
  </w:num>
  <w:num w:numId="8" w16cid:durableId="1242133518">
    <w:abstractNumId w:val="1"/>
  </w:num>
  <w:num w:numId="9" w16cid:durableId="1915704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72F9"/>
    <w:rsid w:val="0015074B"/>
    <w:rsid w:val="0029639D"/>
    <w:rsid w:val="00326F90"/>
    <w:rsid w:val="00695EE1"/>
    <w:rsid w:val="007F516A"/>
    <w:rsid w:val="008A4BA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700156E8"/>
  <w14:defaultImageDpi w14:val="300"/>
  <w15:docId w15:val="{2F981DE9-0437-403D-82FE-6BF8C0808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1676</Characters>
  <Application>Microsoft Office Word</Application>
  <DocSecurity>0</DocSecurity>
  <Lines>50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Sbu Nkosi</cp:lastModifiedBy>
  <cp:revision>2</cp:revision>
  <dcterms:created xsi:type="dcterms:W3CDTF">2026-02-23T06:40:00Z</dcterms:created>
  <dcterms:modified xsi:type="dcterms:W3CDTF">2026-02-23T06:40:00Z</dcterms:modified>
  <cp:category/>
</cp:coreProperties>
</file>